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Леонид Чекин</w:t>
      </w:r>
    </w:p>
    <w:p>
      <w:pPr>
        <w:spacing w:after="80"/>
      </w:pPr>
      <w:r>
        <w:t>Python Backend Developer | Applied AI | FinTech</w:t>
      </w:r>
    </w:p>
    <w:p>
      <w:pPr>
        <w:spacing w:after="240"/>
      </w:pPr>
      <w:r>
        <w:t xml:space="preserve">Telegram: @leonchek97  |  GitHub: </w:t>
      </w:r>
      <w:hyperlink r:id="rId10">
        <w:r>
          <w:rPr>
            <w:rStyle w:val="Hyperlink"/>
          </w:rPr>
          <w:t>github.com/leonidchekin55</w:t>
        </w:r>
      </w:hyperlink>
      <w:r>
        <w:t xml:space="preserve">  |  Портфолио: </w:t>
      </w:r>
      <w:hyperlink r:id="rId11">
        <w:r>
          <w:rPr>
            <w:rStyle w:val="Hyperlink"/>
          </w:rPr>
          <w:t>https://leonid-portfolio.onrender.com</w:t>
        </w:r>
      </w:hyperlink>
    </w:p>
    <w:p>
      <w:pPr>
        <w:pStyle w:val="Heading1"/>
      </w:pPr>
      <w:r>
        <w:t>Профессиональный профиль</w:t>
      </w:r>
    </w:p>
    <w:p>
      <w:r>
        <w:t>Python-разработчик с коммерческим опытом с 2022 года. Специализируюсь на backend, REST API, интеграциях и автоматизации. Также имею около 3,5 лет опыта в quantitative / algorithmic trading: работал с рыночными данными и временными рядами. Использую AI-assisted подход, отвечая за постановку задач, интеграции, проверку и качество результата.</w:t>
      </w:r>
    </w:p>
    <w:p>
      <w:pPr>
        <w:pStyle w:val="Heading1"/>
      </w:pPr>
      <w:r>
        <w:t>Ключевые компетенции</w:t>
      </w:r>
    </w:p>
    <w:p>
      <w:pPr>
        <w:pStyle w:val="ListBullet"/>
        <w:spacing w:after="40"/>
      </w:pPr>
      <w:r>
        <w:t>Python, FastAPI, SQLAlchemy, Alembic, PostgreSQL, SQLite, Redis, Celery, InfluxDB, Docker, Linux, JWT и RBAC.</w:t>
      </w:r>
    </w:p>
    <w:p>
      <w:pPr>
        <w:pStyle w:val="ListBullet"/>
        <w:spacing w:after="40"/>
      </w:pPr>
      <w:r>
        <w:t>REST API и интеграции: webhooks, подписи и идемпотентность, обработка ошибок, валидация, timeout и retry.</w:t>
      </w:r>
    </w:p>
    <w:p>
      <w:pPr>
        <w:pStyle w:val="ListBullet"/>
        <w:spacing w:after="40"/>
      </w:pPr>
      <w:r>
        <w:t>AI и поиск по документам: LLM, Ollama, embeddings, RAG, Qdrant, pgvector, извлечение текста из PDF/DOCX/TXT и ссылки на источники.</w:t>
      </w:r>
    </w:p>
    <w:p>
      <w:pPr>
        <w:pStyle w:val="ListBullet"/>
        <w:spacing w:after="40"/>
      </w:pPr>
      <w:r>
        <w:t>Telegram Bot API и Mini Apps; React и Tailwind для интерфейсов продуктовых MVP; интеграции с amoCRM, n8n и внешними API.</w:t>
      </w:r>
    </w:p>
    <w:p>
      <w:pPr>
        <w:pStyle w:val="ListBullet"/>
        <w:spacing w:after="40"/>
      </w:pPr>
      <w:r>
        <w:t>Качество и доставка: pytest, GitHub Actions, GitLab CI/CD, Prometheus, OpenAPI; работа с CSV, Excel, JSON и Pandas.</w:t>
      </w:r>
    </w:p>
    <w:p>
      <w:pPr>
        <w:pStyle w:val="Heading1"/>
      </w:pPr>
      <w:r>
        <w:t>Опыт и направления</w:t>
      </w:r>
    </w:p>
    <w:p>
      <w:pPr>
        <w:pStyle w:val="Heading2"/>
      </w:pPr>
      <w:r>
        <w:t>Python backend и интеграции</w:t>
      </w:r>
    </w:p>
    <w:p>
      <w:r>
        <w:t>Разрабатываю серверную логику, REST API и интеграции. Работаю с базами данных, очередями, фоновыми задачами и Docker-окружением; проверяю ошибки, права доступа и пограничные сценарии.</w:t>
      </w:r>
    </w:p>
    <w:p>
      <w:pPr>
        <w:pStyle w:val="Heading2"/>
      </w:pPr>
      <w:r>
        <w:t>Quantitative / algorithmic trading</w:t>
      </w:r>
    </w:p>
    <w:p>
      <w:r>
        <w:t>Около 3,5 лет работы с количественным и алгоритмическим трейдингом: исторические рыночные данные, расчёты, анализ временных рядов и автоматизация повторяемых операций. Конкретные доходности, биржи и стратегии не заявляю без подтверждающих материалов.</w:t>
      </w:r>
    </w:p>
    <w:p>
      <w:pPr>
        <w:pStyle w:val="Heading2"/>
      </w:pPr>
      <w:r>
        <w:t>AI и автоматизация</w:t>
      </w:r>
    </w:p>
    <w:p>
      <w:r>
        <w:t>Проектирование сценариев для AI-ассистентов, обработка входящих данных, семантическая дедупликация, интеграции с CRM и Telegram.</w:t>
      </w:r>
    </w:p>
    <w:p>
      <w:pPr>
        <w:pStyle w:val="Heading1"/>
        <w:pageBreakBefore/>
      </w:pPr>
      <w:r>
        <w:t>Избранные проекты</w:t>
      </w:r>
    </w:p>
    <w:p>
      <w:pPr>
        <w:pStyle w:val="Heading2"/>
      </w:pPr>
      <w:r>
        <w:t>Pulseboard — SaaS Backend и интерактивная песочница</w:t>
      </w:r>
    </w:p>
    <w:p>
      <w:pPr/>
      <w:r>
        <w:t xml:space="preserve">Публичный SaaS API: FastAPI, SQLAlchemy, PostgreSQL/Alembic, JWT/RBAC, tenant isolation, подписанные идемпотентные webhooks, Celery/Redis, WebSockets, Prometheus, Docker Compose, CI, pytest и OpenAPI. На сайте есть песочница: создание проектов и задач, смена статусов (каждому посетителю выдаётся временная сессия API; данные могут сброситься при перезапуске бесплатного сервиса). API: </w:t>
      </w:r>
      <w:hyperlink r:id="rId12">
        <w:r>
          <w:rPr>
            <w:rStyle w:val="Hyperlink"/>
          </w:rPr>
          <w:t>https://portfolio-pulseboard-demo.onrender.com/docs</w:t>
        </w:r>
      </w:hyperlink>
      <w:r>
        <w:t xml:space="preserve">. Код: </w:t>
      </w:r>
      <w:hyperlink r:id="rId13">
        <w:r>
          <w:rPr>
            <w:rStyle w:val="Hyperlink"/>
          </w:rPr>
          <w:t>https://github.com/leonidchekin55/developer-portfolio-python-ai</w:t>
        </w:r>
      </w:hyperlink>
      <w:r>
        <w:t>.</w:t>
      </w:r>
    </w:p>
    <w:p>
      <w:pPr>
        <w:pStyle w:val="Heading2"/>
      </w:pPr>
      <w:r>
        <w:t>Knowledge Assistant — поиск по документам с AI</w:t>
      </w:r>
    </w:p>
    <w:p>
      <w:pPr/>
      <w:r>
        <w:t xml:space="preserve">Публичное демо принимает PDF, DOCX и TXT, разбивает текст на фрагменты с метаданными страниц, ищет релевантные места и показывает источники ответа. Есть история диалогов. Облачный режим работает без платного API-ключа; локальная сборка добавляет Qdrant и Ollama для embeddings и генерации. React, FastAPI, Docker Compose и тесты. Демо: </w:t>
      </w:r>
      <w:hyperlink r:id="rId14">
        <w:r>
          <w:rPr>
            <w:rStyle w:val="Hyperlink"/>
          </w:rPr>
          <w:t>https://portfolio-knowledge-demo.onrender.com</w:t>
        </w:r>
      </w:hyperlink>
      <w:r>
        <w:t xml:space="preserve">. Код: </w:t>
      </w:r>
      <w:hyperlink r:id="rId13">
        <w:r>
          <w:rPr>
            <w:rStyle w:val="Hyperlink"/>
          </w:rPr>
          <w:t>https://github.com/leonidchekin55/developer-portfolio-python-ai</w:t>
        </w:r>
      </w:hyperlink>
      <w:r>
        <w:t>.</w:t>
      </w:r>
    </w:p>
    <w:p>
      <w:pPr>
        <w:pStyle w:val="Heading2"/>
      </w:pPr>
      <w:r>
        <w:t>AI News RSS Bot</w:t>
      </w:r>
    </w:p>
    <w:p>
      <w:r>
        <w:t xml:space="preserve">Python-сервис для сбора новостей, семантической дедупликации и группировки публикаций: RSS, Ollama, embeddings, PostgreSQL/pgvector, Docker и Telegram. Публичный код: </w:t>
      </w:r>
      <w:hyperlink r:id="rId15">
        <w:r>
          <w:rPr>
            <w:rStyle w:val="Hyperlink"/>
          </w:rPr>
          <w:t>github.com/leonidchekin55/ai-news-rss-bot</w:t>
        </w:r>
      </w:hyperlink>
      <w:r>
        <w:t>.</w:t>
      </w:r>
    </w:p>
    <w:p>
      <w:pPr>
        <w:pStyle w:val="Heading2"/>
      </w:pPr>
      <w:r>
        <w:t>Socialera Telegram Mini App</w:t>
      </w:r>
    </w:p>
    <w:p>
      <w:r>
        <w:t xml:space="preserve">MVP Telegram Mini App: заказы, баланс, рефералы, рейтинг, мультиязычность и административная часть. Публичный код: </w:t>
      </w:r>
      <w:hyperlink r:id="rId16">
        <w:r>
          <w:rPr>
            <w:rStyle w:val="Hyperlink"/>
          </w:rPr>
          <w:t>github.com/leonidchekin55/socialera-telegram-mini-app</w:t>
        </w:r>
      </w:hyperlink>
      <w:r>
        <w:t>.</w:t>
      </w:r>
    </w:p>
    <w:p>
      <w:pPr>
        <w:pStyle w:val="Heading2"/>
      </w:pPr>
      <w:r>
        <w:t>City Sentinel</w:t>
      </w:r>
    </w:p>
    <w:p>
      <w:r>
        <w:t>Реализовал MQTT-контур с центральным брокером, валидацией телеметрии, durable inbox в PostgreSQL, записью в InfluxDB, статусами online/offline и симулятором ESP32. Добавил 5-минутную агрегацию и ML-оценку аномалий/алертов. Код находится в проектной ветке; production-запуск зависит от настройки облачного окружения.</w:t>
      </w:r>
    </w:p>
    <w:p>
      <w:pPr>
        <w:pStyle w:val="Heading2"/>
      </w:pPr>
      <w:r>
        <w:t>Платёжная интеграция</w:t>
      </w:r>
    </w:p>
    <w:p>
      <w:r>
        <w:t>Настройка Tilda, интернет-эквайринга Т-Банка и АТОЛ Онлайн: проверка оплаты, фискальных чеков, корзины и параметров магазина. Работа принята заказчиком.</w:t>
      </w:r>
    </w:p>
    <w:p>
      <w:pPr>
        <w:pStyle w:val="Heading1"/>
      </w:pPr>
      <w:r>
        <w:t>Другие проекты</w:t>
      </w:r>
    </w:p>
    <w:p>
      <w:pPr/>
      <w:r>
        <w:t xml:space="preserve">HONEX — парсер объявлений Avito. Python CLI ищет заданные артикулы среди новых товаров Москвы и области, удаляет дубли, сортирует по цене и экспортирует CSV/XLSX. Есть offline-fixture режим и автоматические тесты. Код: </w:t>
      </w:r>
      <w:hyperlink r:id="rId17">
        <w:r>
          <w:rPr>
            <w:rStyle w:val="Hyperlink"/>
          </w:rPr>
          <w:t>github.com/leonidchekin55/avito-marketplace-parser</w:t>
        </w:r>
      </w:hyperlink>
      <w:r>
        <w:t>.</w:t>
      </w:r>
    </w:p>
    <w:p>
      <w:pPr/>
      <w:r>
        <w:t xml:space="preserve">КодСтарт — демо маркетплейса репетиторов. Адаптивная статическая страница; CI/CD через GitHub Actions с lint, тестами, GitHub Pages и smoke check после публикации. Мониторинг UptimeRobot описан как план и не подключён. Демо: </w:t>
      </w:r>
      <w:hyperlink r:id="rId18">
        <w:r>
          <w:rPr>
            <w:rStyle w:val="Hyperlink"/>
          </w:rPr>
          <w:t>leonidchekin55.github.io/tutor-marketplace-devops-demo/</w:t>
        </w:r>
      </w:hyperlink>
      <w:r>
        <w:t xml:space="preserve">. Код: </w:t>
      </w:r>
      <w:hyperlink r:id="rId19">
        <w:r>
          <w:rPr>
            <w:rStyle w:val="Hyperlink"/>
          </w:rPr>
          <w:t>github.com/leonidchekin55/tutor-marketplace-devops-demo</w:t>
        </w:r>
      </w:hyperlink>
      <w:r>
        <w:t>.</w:t>
      </w:r>
    </w:p>
    <w:p>
      <w:pPr/>
      <w:r>
        <w:t xml:space="preserve">FASTFO — Echo Range. Браузерная игра на HTML/CSS/JavaScript и Web Audio с режимами сложности и звуковым управлением. Демо: </w:t>
      </w:r>
      <w:hyperlink r:id="rId20">
        <w:r>
          <w:rPr>
            <w:rStyle w:val="Hyperlink"/>
          </w:rPr>
          <w:t>fastfo-echo-range.leonidchekin55.chatgpt.site/</w:t>
        </w:r>
      </w:hyperlink>
      <w:r>
        <w:t>.</w:t>
      </w:r>
    </w:p>
    <w:sectPr w:rsidR="00FC693F" w:rsidRPr="0006063C" w:rsidSect="00034616">
      <w:footerReference w:type="default" r:id="rId9"/>
      <w:pgSz w:w="12240" w:h="15840"/>
      <w:pgMar w:top="879" w:right="964" w:bottom="822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65E"/>
        <w:sz w:val="16"/>
      </w:rPr>
      <w:t>Леонид Чекин · Python / AI / FinTech Developer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2A2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4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github.com/leonidchekin55" TargetMode="External"/><Relationship Id="rId11" Type="http://schemas.openxmlformats.org/officeDocument/2006/relationships/hyperlink" Target="https://leonid-portfolio.onrender.com" TargetMode="External"/><Relationship Id="rId12" Type="http://schemas.openxmlformats.org/officeDocument/2006/relationships/hyperlink" Target="https://portfolio-pulseboard-demo.onrender.com/docs" TargetMode="External"/><Relationship Id="rId13" Type="http://schemas.openxmlformats.org/officeDocument/2006/relationships/hyperlink" Target="https://github.com/leonidchekin55/developer-portfolio-python-ai" TargetMode="External"/><Relationship Id="rId14" Type="http://schemas.openxmlformats.org/officeDocument/2006/relationships/hyperlink" Target="https://portfolio-knowledge-demo.onrender.com" TargetMode="External"/><Relationship Id="rId15" Type="http://schemas.openxmlformats.org/officeDocument/2006/relationships/hyperlink" Target="https://github.com/leonidchekin55/ai-news-rss-bot" TargetMode="External"/><Relationship Id="rId16" Type="http://schemas.openxmlformats.org/officeDocument/2006/relationships/hyperlink" Target="https://github.com/leonidchekin55/socialera-telegram-mini-app" TargetMode="External"/><Relationship Id="rId17" Type="http://schemas.openxmlformats.org/officeDocument/2006/relationships/hyperlink" Target="https://github.com/leonidchekin55/avito-marketplace-parser" TargetMode="External"/><Relationship Id="rId18" Type="http://schemas.openxmlformats.org/officeDocument/2006/relationships/hyperlink" Target="https://leonidchekin55.github.io/tutor-marketplace-devops-demo/" TargetMode="External"/><Relationship Id="rId19" Type="http://schemas.openxmlformats.org/officeDocument/2006/relationships/hyperlink" Target="https://github.com/leonidchekin55/tutor-marketplace-devops-demo" TargetMode="External"/><Relationship Id="rId20" Type="http://schemas.openxmlformats.org/officeDocument/2006/relationships/hyperlink" Target="https://fastfo-echo-range.leonidchekin55.chatgpt.si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Леонида Чекина Python AI FinTech Developer</dc:title>
  <dc:subject/>
  <dc:creator>Леонид Чекин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